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8B921" w14:textId="0E6C6D3E" w:rsidR="00577218" w:rsidRPr="00170EBB" w:rsidRDefault="00000000" w:rsidP="004F2D0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170EBB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ZGŁASZANIE GRUP Z POLSKI PRZYBYWAJĄCYCH DO WATYKANU</w:t>
      </w:r>
    </w:p>
    <w:p w14:paraId="78D448FA" w14:textId="14EB12D6" w:rsidR="00577218" w:rsidRPr="00170EBB" w:rsidRDefault="00000000" w:rsidP="004F2D06">
      <w:pPr>
        <w:jc w:val="both"/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  <w:lang w:val="pl-PL"/>
        </w:rPr>
      </w:pPr>
      <w:r w:rsidRPr="00170EBB">
        <w:rPr>
          <w:rFonts w:ascii="Times New Roman" w:hAnsi="Times New Roman" w:cs="Times New Roman"/>
          <w:color w:val="000000" w:themeColor="text1"/>
          <w:sz w:val="28"/>
          <w:szCs w:val="28"/>
          <w:lang w:val="pl-PL"/>
        </w:rPr>
        <w:t>Ważne jest, aby zgłaszać grupy z Polski</w:t>
      </w:r>
      <w:r w:rsidRPr="00170EBB"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  <w:lang w:val="pl-PL"/>
        </w:rPr>
        <w:t>, które przybywają do Watykanu na audiencje, Msze św</w:t>
      </w:r>
      <w:r w:rsidR="00C37D0F" w:rsidRPr="00170EBB"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  <w:lang w:val="pl-PL"/>
        </w:rPr>
        <w:t>.</w:t>
      </w:r>
      <w:r w:rsidRPr="00170EBB"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  <w:lang w:val="pl-PL"/>
        </w:rPr>
        <w:t xml:space="preserve"> oraz inne wydarzenia z udziałem Ojca Świętego.</w:t>
      </w:r>
    </w:p>
    <w:p w14:paraId="03008FBE" w14:textId="37E243B6" w:rsidR="00577218" w:rsidRPr="00170EBB" w:rsidRDefault="00000000" w:rsidP="004F2D0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170EBB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DLACZEGO </w:t>
      </w:r>
      <w:r w:rsidR="00170EBB" w:rsidRPr="00170EBB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WARTO</w:t>
      </w:r>
      <w:r w:rsidR="00170EBB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ZGŁASZAĆ GRUPY</w:t>
      </w:r>
      <w:r w:rsidR="00170EBB" w:rsidRPr="00170EBB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?</w:t>
      </w:r>
    </w:p>
    <w:p w14:paraId="4797154F" w14:textId="1151ED99" w:rsidR="00577218" w:rsidRPr="00170EBB" w:rsidRDefault="00000000" w:rsidP="004F2D0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170EBB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pl-PL"/>
        </w:rPr>
        <w:t xml:space="preserve">1. </w:t>
      </w:r>
      <w:r w:rsidRPr="00170EBB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Grupy zostaną wymienione i przywitane imiennie podczas </w:t>
      </w:r>
      <w:r w:rsidR="00C37D0F" w:rsidRPr="00170EBB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A</w:t>
      </w:r>
      <w:r w:rsidRPr="00170EBB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udiencji środowej</w:t>
      </w:r>
      <w:r w:rsidR="004F2D06" w:rsidRPr="00170EBB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i innych.</w:t>
      </w:r>
    </w:p>
    <w:p w14:paraId="7166D09C" w14:textId="03F48F7F" w:rsidR="00C37D0F" w:rsidRPr="00170EBB" w:rsidRDefault="00C37D0F" w:rsidP="004F2D06">
      <w:pPr>
        <w:jc w:val="both"/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pl-PL"/>
        </w:rPr>
      </w:pPr>
      <w:r w:rsidRPr="00170EBB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pl-PL"/>
        </w:rPr>
        <w:t xml:space="preserve">2. </w:t>
      </w:r>
      <w:r w:rsidR="00325A66" w:rsidRPr="00170EBB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pl-PL"/>
        </w:rPr>
        <w:t xml:space="preserve">Zgłoszenia grup pozawalają </w:t>
      </w:r>
      <w:r w:rsidR="00325A66" w:rsidRPr="00170EBB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utrzymać obecność lektora języka polskiego</w:t>
      </w:r>
      <w:r w:rsidR="00325A66" w:rsidRPr="00170EBB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pl-PL"/>
        </w:rPr>
        <w:t xml:space="preserve"> podczas Audiencji (czytanie z Pisma św. i streszczenia katechezy, oraz osobistego pozdrowienia Polaków przez Papieża) i j. polskiego podczas Celebracji (wezwań Modlitwy Wiernych, czasem Czytania Mszalnego...).</w:t>
      </w:r>
    </w:p>
    <w:p w14:paraId="69D9B671" w14:textId="77777777" w:rsidR="00325A66" w:rsidRPr="00170EBB" w:rsidRDefault="00C37D0F" w:rsidP="004F2D06">
      <w:pPr>
        <w:jc w:val="both"/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pl-PL"/>
        </w:rPr>
      </w:pPr>
      <w:r w:rsidRPr="00170EBB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pl-PL"/>
        </w:rPr>
        <w:t xml:space="preserve">3. </w:t>
      </w:r>
      <w:r w:rsidR="00325A66" w:rsidRPr="00170EBB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pl-PL"/>
        </w:rPr>
        <w:t xml:space="preserve">Jest to argument, </w:t>
      </w:r>
      <w:r w:rsidR="00325A66" w:rsidRPr="00170EBB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aby w Watykanie część tekstów, usług, informacji, itp. było także w j. polskim</w:t>
      </w:r>
      <w:r w:rsidR="00325A66" w:rsidRPr="00170EBB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pl-PL"/>
        </w:rPr>
        <w:t xml:space="preserve"> i z uwzględnieniem potrzeb Polaków (z Polski i z zagranicy) oraz osób znających język polski.</w:t>
      </w:r>
    </w:p>
    <w:p w14:paraId="15A19AA7" w14:textId="4ADCC6A9" w:rsidR="00C37D0F" w:rsidRPr="00170EBB" w:rsidRDefault="005D6FC7" w:rsidP="004F2D06">
      <w:pPr>
        <w:jc w:val="both"/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pl-PL"/>
        </w:rPr>
      </w:pPr>
      <w:r w:rsidRPr="00170EBB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pl-PL"/>
        </w:rPr>
        <w:t xml:space="preserve">4. </w:t>
      </w:r>
      <w:r w:rsidR="00325A66" w:rsidRPr="00170EBB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pl-PL"/>
        </w:rPr>
        <w:t xml:space="preserve">Na większość Celebracji Papieskich </w:t>
      </w:r>
      <w:r w:rsidR="00325A66" w:rsidRPr="00170EBB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potrzebne są bilety (bezpłatne).</w:t>
      </w:r>
      <w:r w:rsidR="00325A66" w:rsidRPr="00170EBB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pl-PL"/>
        </w:rPr>
        <w:t xml:space="preserve"> Można je otrzymać po zgłoszeniu grupy.</w:t>
      </w:r>
    </w:p>
    <w:p w14:paraId="08D59E40" w14:textId="3DD11570" w:rsidR="00577218" w:rsidRPr="00170EBB" w:rsidRDefault="00000000" w:rsidP="004F2D0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170EBB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JAK ZGŁOSIĆ GRUPĘ?</w:t>
      </w:r>
    </w:p>
    <w:p w14:paraId="0624B5D3" w14:textId="36BC63E7" w:rsidR="00577218" w:rsidRPr="00170EBB" w:rsidRDefault="00FC120E" w:rsidP="004F2D0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170EBB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1. ZGŁOSZENIE DO PREFEKTURY DOMU PAPIESKIEGO</w:t>
      </w:r>
    </w:p>
    <w:p w14:paraId="49601873" w14:textId="77777777" w:rsidR="00577218" w:rsidRPr="00170EBB" w:rsidRDefault="00000000" w:rsidP="004F2D06">
      <w:pPr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170EBB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pl-PL"/>
        </w:rPr>
        <w:t>Należy wypełnić formularz zgłoszeniowy (dostępny również w języku polskim):</w:t>
      </w:r>
      <w:r w:rsidRPr="00170EBB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pl-PL"/>
        </w:rPr>
        <w:br/>
      </w:r>
      <w:r w:rsidRPr="00170EBB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pl-PL"/>
        </w:rPr>
        <w:t>https://eventi.pontificalisdomus.va/?lang=pl-pl</w:t>
      </w:r>
    </w:p>
    <w:p w14:paraId="341D5084" w14:textId="0CF7B424" w:rsidR="00FC120E" w:rsidRPr="00170EBB" w:rsidRDefault="00FC120E" w:rsidP="004F2D0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170EBB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2. ZGŁOSZENIE DO DUSZPASTERSTWA POLAKÓW W RZYMIE</w:t>
      </w:r>
    </w:p>
    <w:p w14:paraId="60894D05" w14:textId="56402583" w:rsidR="00577218" w:rsidRPr="00170EBB" w:rsidRDefault="00000000" w:rsidP="004F2D06">
      <w:pPr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170EBB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pl-PL"/>
        </w:rPr>
        <w:t>Po wysłaniu zgłoszenia do Prefektury, prosimy także o zgłoszenie grupy do Duszpasterstwa Polaków w Rzymie</w:t>
      </w:r>
      <w:r w:rsidR="00FC120E" w:rsidRPr="00170EBB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pl-PL"/>
        </w:rPr>
        <w:t xml:space="preserve"> na email:</w:t>
      </w:r>
      <w:r w:rsidR="00FC120E" w:rsidRPr="00170EBB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Pr="00170EBB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pl-PL"/>
        </w:rPr>
        <w:t>parafiaroma@gmail.com</w:t>
      </w:r>
    </w:p>
    <w:p w14:paraId="44A6016F" w14:textId="18F581AC" w:rsidR="00577218" w:rsidRPr="00170EBB" w:rsidRDefault="00FC120E" w:rsidP="004F2D0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170EBB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pl-PL"/>
        </w:rPr>
        <w:t>Jeśli grupa chce uczestniczyć we Mszy św</w:t>
      </w:r>
      <w:r w:rsidR="00C37D0F" w:rsidRPr="00170EBB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pl-PL"/>
        </w:rPr>
        <w:t>.</w:t>
      </w:r>
      <w:r w:rsidRPr="00170EBB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pl-PL"/>
        </w:rPr>
        <w:t>, potrzebuje kościoła do odprawienia Mszy</w:t>
      </w:r>
      <w:r w:rsidR="005D6FC7" w:rsidRPr="00170EBB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pl-PL"/>
        </w:rPr>
        <w:t xml:space="preserve"> (co w ostatnich latach stało się problemem)</w:t>
      </w:r>
      <w:r w:rsidRPr="00170EBB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pl-PL"/>
        </w:rPr>
        <w:t xml:space="preserve">, lub ma inne potrzeby duszpasterskie, może </w:t>
      </w:r>
      <w:r w:rsidR="00922A20" w:rsidRPr="00170EBB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pl-PL"/>
        </w:rPr>
        <w:t>je</w:t>
      </w:r>
      <w:r w:rsidRPr="00170EBB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pl-PL"/>
        </w:rPr>
        <w:t xml:space="preserve"> zgłosić. Więcej informacji: </w:t>
      </w:r>
      <w:r w:rsidRPr="00170EBB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pl-PL"/>
        </w:rPr>
        <w:t>www.duszpasterstwopolakowwrzymie.com</w:t>
      </w:r>
    </w:p>
    <w:p w14:paraId="46E2F7AB" w14:textId="77777777" w:rsidR="004F2D06" w:rsidRPr="00170EBB" w:rsidRDefault="004F2D06" w:rsidP="004F2D0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170EBB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ZGŁOSZENIA BISKUPÓW, KAPŁANÓW I DIAKONÓW</w:t>
      </w:r>
    </w:p>
    <w:p w14:paraId="0C444466" w14:textId="0FF2A54E" w:rsidR="004F2D06" w:rsidRPr="00170EBB" w:rsidRDefault="004F2D06" w:rsidP="004F2D06">
      <w:pPr>
        <w:jc w:val="both"/>
        <w:rPr>
          <w:rFonts w:ascii="Courier New" w:hAnsi="Courier New" w:cs="Courier New"/>
          <w:color w:val="000000" w:themeColor="text1"/>
          <w:sz w:val="24"/>
          <w:szCs w:val="24"/>
          <w:lang w:val="pl-PL"/>
        </w:rPr>
      </w:pPr>
      <w:r w:rsidRPr="00170EBB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pl-PL"/>
        </w:rPr>
        <w:t>Księża Biskupi, Kapłani i Diakoni, którzy pragną koncelebrować/asystować/rozdawać Komunię św. podczas Celebracji Papieskich, powinni odpowiednio wcześnie zarejestrować się (utworzyć konto użytkownika) i zgłosić udział na stronie Papieskiego Urzędu do spraw Celebracji Liturgicznych</w:t>
      </w:r>
      <w:r w:rsidRPr="00170EBB">
        <w:rPr>
          <w:rFonts w:ascii="Courier New" w:hAnsi="Courier New" w:cs="Courier New"/>
          <w:color w:val="000000" w:themeColor="text1"/>
          <w:sz w:val="24"/>
          <w:szCs w:val="24"/>
          <w:lang w:val="pl-PL"/>
        </w:rPr>
        <w:t xml:space="preserve"> </w:t>
      </w:r>
      <w:r w:rsidRPr="00170EBB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pl-PL"/>
        </w:rPr>
        <w:t>https://biglietti.liturgiepontificie.va/it/</w:t>
      </w:r>
    </w:p>
    <w:p w14:paraId="6C7C9F77" w14:textId="7E4C5DED" w:rsidR="00325A66" w:rsidRPr="00170EBB" w:rsidRDefault="00325A66" w:rsidP="004F2D06">
      <w:pPr>
        <w:jc w:val="both"/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pl-PL"/>
        </w:rPr>
      </w:pPr>
      <w:r w:rsidRPr="00170EBB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pl-PL"/>
        </w:rPr>
        <w:t>Należy zgłaszać się wcześnie, gdy już ustalony jest dzień pobytu w Watykanie i jak tylko otwiera się rezerwacja na podanych stronach Prefektury i Urzędu ds. Celebracji.</w:t>
      </w:r>
    </w:p>
    <w:p w14:paraId="31D258C2" w14:textId="659DA981" w:rsidR="00A01E8F" w:rsidRPr="00170EBB" w:rsidRDefault="004B3DE2" w:rsidP="004F2D0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170EBB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pl-PL"/>
        </w:rPr>
        <w:t>Ważne jest</w:t>
      </w:r>
      <w:r w:rsidR="004F2D06" w:rsidRPr="00170EBB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pl-PL"/>
        </w:rPr>
        <w:t xml:space="preserve"> </w:t>
      </w:r>
      <w:r w:rsidRPr="00170EBB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pl-PL"/>
        </w:rPr>
        <w:t>przekazanie tej</w:t>
      </w:r>
      <w:r w:rsidR="004F2D06" w:rsidRPr="00170EBB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pl-PL"/>
        </w:rPr>
        <w:t xml:space="preserve"> informacji </w:t>
      </w:r>
      <w:r w:rsidR="004F2D06" w:rsidRPr="00170EBB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organizatorom pielgrzymek</w:t>
      </w:r>
      <w:r w:rsidR="004F2D06" w:rsidRPr="00170EBB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pl-PL"/>
        </w:rPr>
        <w:t>, parafiom i wspólnotom planującym przyjazd do Rzymu i Watykanu.</w:t>
      </w:r>
    </w:p>
    <w:sectPr w:rsidR="00A01E8F" w:rsidRPr="00170EBB" w:rsidSect="004F2D0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A23461F"/>
    <w:multiLevelType w:val="hybridMultilevel"/>
    <w:tmpl w:val="94CCB9E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7636481">
    <w:abstractNumId w:val="8"/>
  </w:num>
  <w:num w:numId="2" w16cid:durableId="1447849904">
    <w:abstractNumId w:val="6"/>
  </w:num>
  <w:num w:numId="3" w16cid:durableId="1326400513">
    <w:abstractNumId w:val="5"/>
  </w:num>
  <w:num w:numId="4" w16cid:durableId="1659109969">
    <w:abstractNumId w:val="4"/>
  </w:num>
  <w:num w:numId="5" w16cid:durableId="735859985">
    <w:abstractNumId w:val="7"/>
  </w:num>
  <w:num w:numId="6" w16cid:durableId="43139544">
    <w:abstractNumId w:val="3"/>
  </w:num>
  <w:num w:numId="7" w16cid:durableId="537281255">
    <w:abstractNumId w:val="2"/>
  </w:num>
  <w:num w:numId="8" w16cid:durableId="502742211">
    <w:abstractNumId w:val="1"/>
  </w:num>
  <w:num w:numId="9" w16cid:durableId="1951931567">
    <w:abstractNumId w:val="0"/>
  </w:num>
  <w:num w:numId="10" w16cid:durableId="16441896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4C16"/>
    <w:rsid w:val="0015074B"/>
    <w:rsid w:val="00170EBB"/>
    <w:rsid w:val="0029639D"/>
    <w:rsid w:val="00325A66"/>
    <w:rsid w:val="00326F90"/>
    <w:rsid w:val="003F60B1"/>
    <w:rsid w:val="004B3DE2"/>
    <w:rsid w:val="004F2D06"/>
    <w:rsid w:val="00577218"/>
    <w:rsid w:val="005D6FC7"/>
    <w:rsid w:val="005E57F2"/>
    <w:rsid w:val="00790985"/>
    <w:rsid w:val="0079467E"/>
    <w:rsid w:val="008B7650"/>
    <w:rsid w:val="00922A20"/>
    <w:rsid w:val="00A01E8F"/>
    <w:rsid w:val="00A90C7A"/>
    <w:rsid w:val="00AA1D8D"/>
    <w:rsid w:val="00B47730"/>
    <w:rsid w:val="00BC6A90"/>
    <w:rsid w:val="00C12B6D"/>
    <w:rsid w:val="00C37D0F"/>
    <w:rsid w:val="00CB0664"/>
    <w:rsid w:val="00D615C4"/>
    <w:rsid w:val="00DA4455"/>
    <w:rsid w:val="00DE03E7"/>
    <w:rsid w:val="00E00940"/>
    <w:rsid w:val="00FC120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FC47A5"/>
  <w14:defaultImageDpi w14:val="300"/>
  <w15:docId w15:val="{1E06AF3F-04F1-634C-996E-4FE949368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b/>
      <w:sz w:val="3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922A2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22A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Manager/>
  <Company/>
  <LinksUpToDate>false</LinksUpToDate>
  <CharactersWithSpaces>2170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Pawel Rytel</cp:lastModifiedBy>
  <cp:revision>3</cp:revision>
  <dcterms:created xsi:type="dcterms:W3CDTF">2025-10-12T11:56:00Z</dcterms:created>
  <dcterms:modified xsi:type="dcterms:W3CDTF">2025-10-12T16:23:00Z</dcterms:modified>
  <cp:category/>
</cp:coreProperties>
</file>