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A956F" w14:textId="5F0D32C2" w:rsidR="00C000F2" w:rsidRPr="00B1713D" w:rsidRDefault="008075B4">
      <w:pPr>
        <w:pStyle w:val="Tytu"/>
        <w:rPr>
          <w:sz w:val="32"/>
          <w:szCs w:val="32"/>
        </w:rPr>
      </w:pPr>
      <w:r w:rsidRPr="00B1713D">
        <w:rPr>
          <w:sz w:val="32"/>
          <w:szCs w:val="32"/>
        </w:rPr>
        <w:t>Centrum Ochrony Dziecka</w:t>
      </w:r>
      <w:r w:rsidRPr="00B1713D">
        <w:rPr>
          <w:sz w:val="32"/>
          <w:szCs w:val="32"/>
        </w:rPr>
        <w:br/>
      </w:r>
      <w:proofErr w:type="spellStart"/>
      <w:r w:rsidRPr="00B1713D">
        <w:rPr>
          <w:sz w:val="32"/>
          <w:szCs w:val="32"/>
        </w:rPr>
        <w:t>przy</w:t>
      </w:r>
      <w:proofErr w:type="spellEnd"/>
      <w:r w:rsidRPr="00B1713D">
        <w:rPr>
          <w:sz w:val="32"/>
          <w:szCs w:val="32"/>
        </w:rPr>
        <w:t xml:space="preserve"> </w:t>
      </w:r>
      <w:proofErr w:type="spellStart"/>
      <w:r w:rsidRPr="00B1713D">
        <w:rPr>
          <w:sz w:val="32"/>
          <w:szCs w:val="32"/>
        </w:rPr>
        <w:t>Uniwersytecie</w:t>
      </w:r>
      <w:proofErr w:type="spellEnd"/>
      <w:r w:rsidRPr="00B1713D">
        <w:rPr>
          <w:sz w:val="32"/>
          <w:szCs w:val="32"/>
        </w:rPr>
        <w:t xml:space="preserve"> </w:t>
      </w:r>
      <w:proofErr w:type="spellStart"/>
      <w:r w:rsidRPr="00B1713D">
        <w:rPr>
          <w:sz w:val="32"/>
          <w:szCs w:val="32"/>
        </w:rPr>
        <w:t>Ignatianum</w:t>
      </w:r>
      <w:proofErr w:type="spellEnd"/>
      <w:r w:rsidRPr="00B1713D">
        <w:rPr>
          <w:sz w:val="32"/>
          <w:szCs w:val="32"/>
        </w:rPr>
        <w:t xml:space="preserve"> w </w:t>
      </w:r>
      <w:proofErr w:type="spellStart"/>
      <w:r w:rsidRPr="00B1713D">
        <w:rPr>
          <w:sz w:val="32"/>
          <w:szCs w:val="32"/>
        </w:rPr>
        <w:t>Krakowie</w:t>
      </w:r>
      <w:proofErr w:type="spellEnd"/>
    </w:p>
    <w:p w14:paraId="0D837F58" w14:textId="77777777" w:rsidR="00C000F2" w:rsidRDefault="008075B4">
      <w:pPr>
        <w:pStyle w:val="Nagwek1"/>
      </w:pPr>
      <w:r>
        <w:t>Kampania „Dzieciństwo bez przemocy”</w:t>
      </w:r>
    </w:p>
    <w:p w14:paraId="08B91968" w14:textId="405BEFB0" w:rsidR="00C000F2" w:rsidRDefault="008075B4">
      <w:r>
        <w:t xml:space="preserve">Kampania, w którą włącza się Kościół katolicki, jest nie tylko okazją do zamanifestowania pragnienia budowania bezpiecznego środowiska dla dzieci i młodzieży, ale też umożliwia pogłębienie wiedzy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profilaktyki</w:t>
      </w:r>
      <w:proofErr w:type="spellEnd"/>
      <w:r>
        <w:t xml:space="preserve"> </w:t>
      </w:r>
      <w:proofErr w:type="spellStart"/>
      <w:r>
        <w:t>przemocy</w:t>
      </w:r>
      <w:proofErr w:type="spellEnd"/>
      <w:r>
        <w:t>.</w:t>
      </w:r>
      <w:r w:rsidR="00B1713D">
        <w:t xml:space="preserve"> </w:t>
      </w:r>
      <w:r>
        <w:t xml:space="preserve">Centrum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od </w:t>
      </w:r>
      <w:proofErr w:type="spellStart"/>
      <w:r>
        <w:t>lat</w:t>
      </w:r>
      <w:proofErr w:type="spellEnd"/>
      <w:r>
        <w:t xml:space="preserve"> </w:t>
      </w:r>
      <w:proofErr w:type="spellStart"/>
      <w:r>
        <w:t>prowadzi</w:t>
      </w:r>
      <w:proofErr w:type="spellEnd"/>
      <w:r>
        <w:t xml:space="preserve"> </w:t>
      </w:r>
      <w:proofErr w:type="spellStart"/>
      <w:r>
        <w:t>działalność</w:t>
      </w:r>
      <w:proofErr w:type="spellEnd"/>
      <w:r>
        <w:t xml:space="preserve"> edukacyjną w tym obszarze. Zachęcamy do zapoznania się z istniejącymi materiałami i wykorzystania ich w czasie trwania kampanii.</w:t>
      </w:r>
    </w:p>
    <w:p w14:paraId="4010545E" w14:textId="77777777" w:rsidR="00C000F2" w:rsidRDefault="008075B4">
      <w:pPr>
        <w:pStyle w:val="Nagwek1"/>
      </w:pPr>
      <w:r>
        <w:t>Materiały edukacyjne</w:t>
      </w:r>
    </w:p>
    <w:p w14:paraId="4D816CB8" w14:textId="77777777" w:rsidR="00C000F2" w:rsidRDefault="008075B4">
      <w:pPr>
        <w:pStyle w:val="Nagwek2"/>
      </w:pPr>
      <w:r>
        <w:t>1. Dla dzieci (4–12 lat)</w:t>
      </w:r>
    </w:p>
    <w:p w14:paraId="7934AF20" w14:textId="77777777" w:rsidR="00C000F2" w:rsidRDefault="008075B4">
      <w:r>
        <w:t>Propozycje zajęć, które mogą być realizowane w placówkach edukacyjno-wychowawczych lub w domu wspólnie z rodzicami/nauczycielami. Scenariusze przygotowane przez FDDS:</w:t>
      </w:r>
    </w:p>
    <w:p w14:paraId="752F481F" w14:textId="77777777" w:rsidR="00C000F2" w:rsidRDefault="008075B4">
      <w:pPr>
        <w:pStyle w:val="Listapunktowana"/>
      </w:pPr>
      <w:proofErr w:type="spellStart"/>
      <w:r>
        <w:t>Wprowadzenie</w:t>
      </w:r>
      <w:proofErr w:type="spellEnd"/>
      <w:r>
        <w:t xml:space="preserve"> w </w:t>
      </w:r>
      <w:proofErr w:type="spellStart"/>
      <w:r>
        <w:t>tematykę</w:t>
      </w:r>
      <w:proofErr w:type="spellEnd"/>
      <w:r>
        <w:t xml:space="preserve"> </w:t>
      </w:r>
      <w:proofErr w:type="spellStart"/>
      <w:r>
        <w:t>zajęć</w:t>
      </w:r>
      <w:proofErr w:type="spellEnd"/>
      <w:r>
        <w:t xml:space="preserve"> — </w:t>
      </w:r>
      <w:hyperlink r:id="rId6" w:history="1">
        <w:r w:rsidR="005A66BF" w:rsidRPr="00E50B7B">
          <w:rPr>
            <w:rStyle w:val="Hipercze"/>
          </w:rPr>
          <w:t>https://youtu.be/Yoi5J_4Cjnw</w:t>
        </w:r>
      </w:hyperlink>
      <w:r w:rsidR="005A66BF">
        <w:t xml:space="preserve"> </w:t>
      </w:r>
    </w:p>
    <w:p w14:paraId="31EEC3E0" w14:textId="77777777" w:rsidR="00C000F2" w:rsidRDefault="008075B4">
      <w:pPr>
        <w:pStyle w:val="Listapunktowana"/>
      </w:pPr>
      <w:proofErr w:type="spellStart"/>
      <w:r>
        <w:t>Wiem</w:t>
      </w:r>
      <w:proofErr w:type="spellEnd"/>
      <w:r>
        <w:t xml:space="preserve"> jak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czuję</w:t>
      </w:r>
      <w:proofErr w:type="spellEnd"/>
      <w:r>
        <w:t xml:space="preserve"> — </w:t>
      </w:r>
      <w:hyperlink r:id="rId7" w:history="1">
        <w:r w:rsidR="005A66BF" w:rsidRPr="00E50B7B">
          <w:rPr>
            <w:rStyle w:val="Hipercze"/>
          </w:rPr>
          <w:t>https://youtu.be/cud82NLFkx4</w:t>
        </w:r>
      </w:hyperlink>
      <w:r w:rsidR="005A66BF">
        <w:t xml:space="preserve"> </w:t>
      </w:r>
    </w:p>
    <w:p w14:paraId="2FDD3088" w14:textId="77777777" w:rsidR="00C000F2" w:rsidRDefault="008075B4">
      <w:pPr>
        <w:pStyle w:val="Listapunktowana"/>
      </w:pPr>
      <w:proofErr w:type="spellStart"/>
      <w:r>
        <w:t>Znam</w:t>
      </w:r>
      <w:proofErr w:type="spellEnd"/>
      <w:r>
        <w:t xml:space="preserve"> </w:t>
      </w:r>
      <w:proofErr w:type="spellStart"/>
      <w:r>
        <w:t>bezpieczne</w:t>
      </w:r>
      <w:proofErr w:type="spellEnd"/>
      <w:r>
        <w:t xml:space="preserve"> </w:t>
      </w:r>
      <w:proofErr w:type="spellStart"/>
      <w:r>
        <w:t>zasady</w:t>
      </w:r>
      <w:proofErr w:type="spellEnd"/>
      <w:r>
        <w:t xml:space="preserve"> — </w:t>
      </w:r>
      <w:hyperlink r:id="rId8" w:history="1">
        <w:r w:rsidR="005A66BF" w:rsidRPr="00E50B7B">
          <w:rPr>
            <w:rStyle w:val="Hipercze"/>
          </w:rPr>
          <w:t>https://youtu.be/fblrnIPR0RA</w:t>
        </w:r>
      </w:hyperlink>
      <w:r w:rsidR="005A66BF">
        <w:t xml:space="preserve"> </w:t>
      </w:r>
    </w:p>
    <w:p w14:paraId="539BA82C" w14:textId="77777777" w:rsidR="00C000F2" w:rsidRDefault="008075B4">
      <w:pPr>
        <w:pStyle w:val="Listapunktowana"/>
      </w:pPr>
      <w:r>
        <w:t xml:space="preserve">Dobry </w:t>
      </w:r>
      <w:proofErr w:type="spellStart"/>
      <w:r>
        <w:t>i</w:t>
      </w:r>
      <w:proofErr w:type="spellEnd"/>
      <w:r>
        <w:t xml:space="preserve"> </w:t>
      </w:r>
      <w:proofErr w:type="spellStart"/>
      <w:r>
        <w:t>zły</w:t>
      </w:r>
      <w:proofErr w:type="spellEnd"/>
      <w:r>
        <w:t xml:space="preserve"> </w:t>
      </w:r>
      <w:proofErr w:type="spellStart"/>
      <w:r>
        <w:t>dotyk</w:t>
      </w:r>
      <w:proofErr w:type="spellEnd"/>
      <w:r>
        <w:t xml:space="preserve"> — </w:t>
      </w:r>
      <w:hyperlink r:id="rId9" w:history="1">
        <w:r w:rsidR="005A66BF" w:rsidRPr="00E50B7B">
          <w:rPr>
            <w:rStyle w:val="Hipercze"/>
          </w:rPr>
          <w:t>https://youtu.be/se6vcKhGXVI</w:t>
        </w:r>
      </w:hyperlink>
      <w:r w:rsidR="005A66BF">
        <w:t xml:space="preserve"> </w:t>
      </w:r>
    </w:p>
    <w:p w14:paraId="158F86DD" w14:textId="77777777" w:rsidR="00C000F2" w:rsidRDefault="008075B4">
      <w:pPr>
        <w:pStyle w:val="Listapunktowana"/>
      </w:pPr>
      <w:r>
        <w:t xml:space="preserve">Moje </w:t>
      </w:r>
      <w:proofErr w:type="spellStart"/>
      <w:r>
        <w:t>ciało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do </w:t>
      </w:r>
      <w:proofErr w:type="spellStart"/>
      <w:r>
        <w:t>mnie</w:t>
      </w:r>
      <w:proofErr w:type="spellEnd"/>
      <w:r>
        <w:t xml:space="preserve"> — </w:t>
      </w:r>
      <w:hyperlink r:id="rId10" w:history="1">
        <w:r w:rsidR="005A66BF" w:rsidRPr="00E50B7B">
          <w:rPr>
            <w:rStyle w:val="Hipercze"/>
          </w:rPr>
          <w:t>https://youtu.be/VnjC-cS9-lQ</w:t>
        </w:r>
      </w:hyperlink>
      <w:r w:rsidR="005A66BF">
        <w:t xml:space="preserve"> </w:t>
      </w:r>
    </w:p>
    <w:p w14:paraId="3E358ED2" w14:textId="77777777" w:rsidR="00C000F2" w:rsidRDefault="008075B4">
      <w:pPr>
        <w:pStyle w:val="Listapunktowana"/>
      </w:pPr>
      <w:proofErr w:type="spellStart"/>
      <w:r>
        <w:t>Tajemnice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złe</w:t>
      </w:r>
      <w:proofErr w:type="spellEnd"/>
      <w:r>
        <w:t xml:space="preserve"> — </w:t>
      </w:r>
      <w:hyperlink r:id="rId11" w:history="1">
        <w:r w:rsidR="005A66BF" w:rsidRPr="00E50B7B">
          <w:rPr>
            <w:rStyle w:val="Hipercze"/>
          </w:rPr>
          <w:t>https://youtu.be/8kz7BnPOlkU</w:t>
        </w:r>
      </w:hyperlink>
      <w:r w:rsidR="005A66BF">
        <w:t xml:space="preserve"> </w:t>
      </w:r>
    </w:p>
    <w:p w14:paraId="27B4F385" w14:textId="77777777" w:rsidR="00C000F2" w:rsidRDefault="008075B4">
      <w:pPr>
        <w:pStyle w:val="Listapunktowana"/>
      </w:pPr>
      <w:proofErr w:type="spellStart"/>
      <w:r>
        <w:t>Trudne</w:t>
      </w:r>
      <w:proofErr w:type="spellEnd"/>
      <w:r>
        <w:t xml:space="preserve"> </w:t>
      </w:r>
      <w:proofErr w:type="spellStart"/>
      <w:r>
        <w:t>sytuacje</w:t>
      </w:r>
      <w:proofErr w:type="spellEnd"/>
      <w:r>
        <w:t xml:space="preserve"> — </w:t>
      </w:r>
      <w:hyperlink r:id="rId12" w:history="1">
        <w:r w:rsidR="005A66BF" w:rsidRPr="00E50B7B">
          <w:rPr>
            <w:rStyle w:val="Hipercze"/>
          </w:rPr>
          <w:t>https://youtu.be/uZ1FSZxqe6o</w:t>
        </w:r>
      </w:hyperlink>
      <w:r w:rsidR="005A66BF">
        <w:t xml:space="preserve"> </w:t>
      </w:r>
    </w:p>
    <w:p w14:paraId="63EEF800" w14:textId="77777777" w:rsidR="00C000F2" w:rsidRDefault="008075B4">
      <w:pPr>
        <w:pStyle w:val="Nagwek2"/>
      </w:pPr>
      <w:r>
        <w:t>2. Dla młodzieży (13–23 lata)</w:t>
      </w:r>
    </w:p>
    <w:p w14:paraId="61AD0B2A" w14:textId="77777777" w:rsidR="00C000F2" w:rsidRDefault="008075B4">
      <w:pPr>
        <w:pStyle w:val="Listapunktowana"/>
      </w:pPr>
      <w:proofErr w:type="spellStart"/>
      <w:r>
        <w:t>Konspekty</w:t>
      </w:r>
      <w:proofErr w:type="spellEnd"/>
      <w:r>
        <w:t xml:space="preserve"> do </w:t>
      </w:r>
      <w:proofErr w:type="spellStart"/>
      <w:r>
        <w:t>zajęć</w:t>
      </w:r>
      <w:proofErr w:type="spellEnd"/>
      <w:r>
        <w:t xml:space="preserve"> — </w:t>
      </w:r>
      <w:hyperlink r:id="rId13" w:history="1">
        <w:r w:rsidR="005A66BF" w:rsidRPr="00E50B7B">
          <w:rPr>
            <w:rStyle w:val="Hipercze"/>
          </w:rPr>
          <w:t>https://drive.google.com/file/d/1eW29iDVFsm00dN26H0Tb-kdCeb6YLenQ/view?usp=sharing</w:t>
        </w:r>
      </w:hyperlink>
      <w:r w:rsidR="005A66BF">
        <w:t xml:space="preserve"> </w:t>
      </w:r>
    </w:p>
    <w:p w14:paraId="46922B11" w14:textId="77777777" w:rsidR="00C000F2" w:rsidRDefault="008075B4">
      <w:pPr>
        <w:pStyle w:val="Listapunktowana"/>
      </w:pPr>
      <w:proofErr w:type="spellStart"/>
      <w:r>
        <w:t>Wprowadzenie</w:t>
      </w:r>
      <w:proofErr w:type="spellEnd"/>
      <w:r>
        <w:t xml:space="preserve"> — </w:t>
      </w:r>
      <w:hyperlink r:id="rId14" w:history="1">
        <w:r w:rsidR="005A66BF" w:rsidRPr="00E50B7B">
          <w:rPr>
            <w:rStyle w:val="Hipercze"/>
          </w:rPr>
          <w:t>https://youtu.be/g5Q3uZHzU-A</w:t>
        </w:r>
      </w:hyperlink>
      <w:r w:rsidR="005A66BF">
        <w:t xml:space="preserve"> </w:t>
      </w:r>
    </w:p>
    <w:p w14:paraId="708AF8B9" w14:textId="77777777" w:rsidR="00C000F2" w:rsidRDefault="008075B4">
      <w:pPr>
        <w:pStyle w:val="Listapunktowana"/>
      </w:pPr>
      <w:proofErr w:type="spellStart"/>
      <w:r>
        <w:t>Bezpieczne</w:t>
      </w:r>
      <w:proofErr w:type="spellEnd"/>
      <w:r>
        <w:t xml:space="preserve"> </w:t>
      </w:r>
      <w:proofErr w:type="spellStart"/>
      <w:r>
        <w:t>relacje</w:t>
      </w:r>
      <w:proofErr w:type="spellEnd"/>
      <w:r>
        <w:t xml:space="preserve"> — </w:t>
      </w:r>
      <w:hyperlink r:id="rId15" w:history="1">
        <w:r w:rsidR="005A66BF" w:rsidRPr="00E50B7B">
          <w:rPr>
            <w:rStyle w:val="Hipercze"/>
          </w:rPr>
          <w:t>https://youtu.be/kCYWca3-UUs</w:t>
        </w:r>
      </w:hyperlink>
      <w:r w:rsidR="005A66BF">
        <w:t xml:space="preserve"> </w:t>
      </w:r>
    </w:p>
    <w:p w14:paraId="1E74D156" w14:textId="77777777" w:rsidR="00C000F2" w:rsidRDefault="008075B4">
      <w:pPr>
        <w:pStyle w:val="Listapunktowana"/>
      </w:pPr>
      <w:proofErr w:type="spellStart"/>
      <w:r>
        <w:t>Niepokojące</w:t>
      </w:r>
      <w:proofErr w:type="spellEnd"/>
      <w:r>
        <w:t xml:space="preserve"> </w:t>
      </w:r>
      <w:proofErr w:type="spellStart"/>
      <w:r>
        <w:t>zachowania</w:t>
      </w:r>
      <w:proofErr w:type="spellEnd"/>
      <w:r>
        <w:t xml:space="preserve"> — </w:t>
      </w:r>
      <w:hyperlink r:id="rId16" w:history="1">
        <w:r w:rsidR="005A66BF" w:rsidRPr="00E50B7B">
          <w:rPr>
            <w:rStyle w:val="Hipercze"/>
          </w:rPr>
          <w:t>https://youtu.be/i3D9mT1KVdQ</w:t>
        </w:r>
      </w:hyperlink>
      <w:r w:rsidR="005A66BF">
        <w:t xml:space="preserve"> </w:t>
      </w:r>
    </w:p>
    <w:p w14:paraId="028F9B1A" w14:textId="77777777" w:rsidR="00C000F2" w:rsidRDefault="008075B4">
      <w:pPr>
        <w:pStyle w:val="Listapunktowana"/>
      </w:pPr>
      <w:proofErr w:type="spellStart"/>
      <w:r>
        <w:t>Wspólnota</w:t>
      </w:r>
      <w:proofErr w:type="spellEnd"/>
      <w:r>
        <w:t xml:space="preserve"> — </w:t>
      </w:r>
      <w:hyperlink r:id="rId17" w:history="1">
        <w:r w:rsidR="005A66BF" w:rsidRPr="00E50B7B">
          <w:rPr>
            <w:rStyle w:val="Hipercze"/>
          </w:rPr>
          <w:t>https://youtu.be/2VGzAulYXuQ</w:t>
        </w:r>
      </w:hyperlink>
      <w:r w:rsidR="005A66BF">
        <w:t xml:space="preserve"> </w:t>
      </w:r>
    </w:p>
    <w:p w14:paraId="5A3DD32A" w14:textId="77777777" w:rsidR="00C000F2" w:rsidRDefault="008075B4">
      <w:pPr>
        <w:pStyle w:val="Listapunktowana"/>
      </w:pPr>
      <w:proofErr w:type="spellStart"/>
      <w:r>
        <w:t>Nasza</w:t>
      </w:r>
      <w:proofErr w:type="spellEnd"/>
      <w:r>
        <w:t xml:space="preserve"> </w:t>
      </w:r>
      <w:proofErr w:type="spellStart"/>
      <w:r>
        <w:t>wspólnota</w:t>
      </w:r>
      <w:proofErr w:type="spellEnd"/>
      <w:r>
        <w:t xml:space="preserve"> — </w:t>
      </w:r>
      <w:hyperlink r:id="rId18" w:history="1">
        <w:r w:rsidR="005A66BF" w:rsidRPr="00E50B7B">
          <w:rPr>
            <w:rStyle w:val="Hipercze"/>
          </w:rPr>
          <w:t>https://youtu.be/GZrE3GkJ3Co</w:t>
        </w:r>
      </w:hyperlink>
      <w:r w:rsidR="005A66BF">
        <w:t xml:space="preserve"> </w:t>
      </w:r>
    </w:p>
    <w:p w14:paraId="10DADE3C" w14:textId="77777777" w:rsidR="00C000F2" w:rsidRDefault="008075B4">
      <w:pPr>
        <w:pStyle w:val="Listapunktowana"/>
      </w:pPr>
      <w:r>
        <w:t xml:space="preserve">Plakat </w:t>
      </w:r>
      <w:proofErr w:type="spellStart"/>
      <w:r>
        <w:t>informacyjny</w:t>
      </w:r>
      <w:proofErr w:type="spellEnd"/>
      <w:r>
        <w:t xml:space="preserve"> „</w:t>
      </w:r>
      <w:proofErr w:type="spellStart"/>
      <w:r>
        <w:t>Sygnały</w:t>
      </w:r>
      <w:proofErr w:type="spellEnd"/>
      <w:r>
        <w:t xml:space="preserve"> – </w:t>
      </w:r>
      <w:proofErr w:type="spellStart"/>
      <w:r>
        <w:t>wykorzystania</w:t>
      </w:r>
      <w:proofErr w:type="spellEnd"/>
      <w:r>
        <w:t xml:space="preserve"> </w:t>
      </w:r>
      <w:proofErr w:type="spellStart"/>
      <w:r>
        <w:t>seksualnego</w:t>
      </w:r>
      <w:proofErr w:type="spellEnd"/>
      <w:r>
        <w:t xml:space="preserve">” — </w:t>
      </w:r>
      <w:hyperlink r:id="rId19" w:history="1">
        <w:r w:rsidR="005A66BF" w:rsidRPr="00E50B7B">
          <w:rPr>
            <w:rStyle w:val="Hipercze"/>
          </w:rPr>
          <w:t>https://drive.google.com/file/d/1qw6J9oj-6AgydSBtGBAu3vVlQaKMGFIy/view?usp=sharing</w:t>
        </w:r>
      </w:hyperlink>
      <w:r w:rsidR="005A66BF">
        <w:t xml:space="preserve"> </w:t>
      </w:r>
    </w:p>
    <w:p w14:paraId="378C6476" w14:textId="77777777" w:rsidR="00C000F2" w:rsidRDefault="008075B4">
      <w:pPr>
        <w:pStyle w:val="Listapunktowana"/>
      </w:pPr>
      <w:r>
        <w:t xml:space="preserve">Szkolenie e-learningowe — </w:t>
      </w:r>
      <w:proofErr w:type="spellStart"/>
      <w:r>
        <w:t>zapisy</w:t>
      </w:r>
      <w:proofErr w:type="spellEnd"/>
      <w:r>
        <w:t xml:space="preserve">: cod.ignatianum.edu.pl </w:t>
      </w:r>
      <w:proofErr w:type="spellStart"/>
      <w:r>
        <w:t>lub</w:t>
      </w:r>
      <w:proofErr w:type="spellEnd"/>
      <w:r>
        <w:t xml:space="preserve"> </w:t>
      </w:r>
      <w:proofErr w:type="spellStart"/>
      <w:r>
        <w:t>mailowo</w:t>
      </w:r>
      <w:proofErr w:type="spellEnd"/>
      <w:r>
        <w:t xml:space="preserve">: </w:t>
      </w:r>
      <w:hyperlink r:id="rId20" w:history="1">
        <w:r w:rsidR="005A66BF" w:rsidRPr="00E50B7B">
          <w:rPr>
            <w:rStyle w:val="Hipercze"/>
          </w:rPr>
          <w:t>biurocod@ignatianum.edu.pl</w:t>
        </w:r>
      </w:hyperlink>
      <w:r w:rsidR="005A66BF">
        <w:t xml:space="preserve"> </w:t>
      </w:r>
    </w:p>
    <w:p w14:paraId="1FF6D358" w14:textId="77777777" w:rsidR="00C000F2" w:rsidRDefault="008075B4">
      <w:pPr>
        <w:pStyle w:val="Nagwek2"/>
      </w:pPr>
      <w:r>
        <w:lastRenderedPageBreak/>
        <w:t>3. Dla dorosłych</w:t>
      </w:r>
    </w:p>
    <w:p w14:paraId="5B168D97" w14:textId="77777777" w:rsidR="00C000F2" w:rsidRDefault="008075B4">
      <w:pPr>
        <w:pStyle w:val="Nagwek3"/>
      </w:pPr>
      <w:r>
        <w:t>a) Dla wszystkich dorosłych</w:t>
      </w:r>
    </w:p>
    <w:p w14:paraId="0B42C3A8" w14:textId="77777777" w:rsidR="00C000F2" w:rsidRDefault="008075B4">
      <w:pPr>
        <w:pStyle w:val="Listapunktowana"/>
      </w:pPr>
      <w:r>
        <w:t xml:space="preserve">Szkolenie e-learningowe — </w:t>
      </w:r>
      <w:proofErr w:type="spellStart"/>
      <w:r>
        <w:t>zapisy</w:t>
      </w:r>
      <w:proofErr w:type="spellEnd"/>
      <w:r>
        <w:t xml:space="preserve">: cod.ignatianum.edu.pl </w:t>
      </w:r>
      <w:proofErr w:type="spellStart"/>
      <w:r>
        <w:t>lub</w:t>
      </w:r>
      <w:proofErr w:type="spellEnd"/>
      <w:r>
        <w:t xml:space="preserve"> </w:t>
      </w:r>
      <w:proofErr w:type="spellStart"/>
      <w:r>
        <w:t>mailowo</w:t>
      </w:r>
      <w:proofErr w:type="spellEnd"/>
      <w:r>
        <w:t xml:space="preserve">: </w:t>
      </w:r>
      <w:hyperlink r:id="rId21" w:history="1">
        <w:r w:rsidR="005A66BF" w:rsidRPr="00E50B7B">
          <w:rPr>
            <w:rStyle w:val="Hipercze"/>
          </w:rPr>
          <w:t>biurocod@ignatianum.edu.pl</w:t>
        </w:r>
      </w:hyperlink>
      <w:r w:rsidR="005A66BF">
        <w:t xml:space="preserve"> </w:t>
      </w:r>
    </w:p>
    <w:p w14:paraId="1B58C9CB" w14:textId="77777777" w:rsidR="00C000F2" w:rsidRDefault="008075B4">
      <w:pPr>
        <w:pStyle w:val="Listapunktowana"/>
      </w:pPr>
      <w:proofErr w:type="spellStart"/>
      <w:r>
        <w:t>Zjawisko</w:t>
      </w:r>
      <w:proofErr w:type="spellEnd"/>
      <w:r>
        <w:t xml:space="preserve"> </w:t>
      </w:r>
      <w:proofErr w:type="spellStart"/>
      <w:r>
        <w:t>wykorzystania</w:t>
      </w:r>
      <w:proofErr w:type="spellEnd"/>
      <w:r>
        <w:t xml:space="preserve"> </w:t>
      </w:r>
      <w:proofErr w:type="spellStart"/>
      <w:r>
        <w:t>seksualnego</w:t>
      </w:r>
      <w:proofErr w:type="spellEnd"/>
      <w:r>
        <w:t xml:space="preserve"> — </w:t>
      </w:r>
      <w:hyperlink r:id="rId22" w:history="1">
        <w:r w:rsidR="005A66BF" w:rsidRPr="00E50B7B">
          <w:rPr>
            <w:rStyle w:val="Hipercze"/>
          </w:rPr>
          <w:t>https://youtu.be/v6_QuxbQtDY</w:t>
        </w:r>
      </w:hyperlink>
      <w:r w:rsidR="005A66BF">
        <w:t xml:space="preserve"> </w:t>
      </w:r>
    </w:p>
    <w:p w14:paraId="38422858" w14:textId="77777777" w:rsidR="00C000F2" w:rsidRDefault="008075B4">
      <w:pPr>
        <w:pStyle w:val="Listapunktowana"/>
      </w:pPr>
      <w:proofErr w:type="spellStart"/>
      <w:r>
        <w:t>Profil</w:t>
      </w:r>
      <w:proofErr w:type="spellEnd"/>
      <w:r>
        <w:t xml:space="preserve"> </w:t>
      </w:r>
      <w:proofErr w:type="spellStart"/>
      <w:r>
        <w:t>psychologiczny</w:t>
      </w:r>
      <w:proofErr w:type="spellEnd"/>
      <w:r>
        <w:t xml:space="preserve"> </w:t>
      </w:r>
      <w:proofErr w:type="spellStart"/>
      <w:r>
        <w:t>sprawcy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ofiary</w:t>
      </w:r>
      <w:proofErr w:type="spellEnd"/>
      <w:r>
        <w:t xml:space="preserve"> — </w:t>
      </w:r>
      <w:hyperlink r:id="rId23" w:history="1">
        <w:r w:rsidR="005A66BF" w:rsidRPr="00E50B7B">
          <w:rPr>
            <w:rStyle w:val="Hipercze"/>
          </w:rPr>
          <w:t>https://youtu.be/yYO7ZYmH0K0</w:t>
        </w:r>
      </w:hyperlink>
      <w:r w:rsidR="005A66BF">
        <w:t xml:space="preserve"> </w:t>
      </w:r>
    </w:p>
    <w:p w14:paraId="5D128944" w14:textId="77777777" w:rsidR="00C000F2" w:rsidRDefault="008075B4">
      <w:pPr>
        <w:pStyle w:val="Listapunktowana"/>
      </w:pPr>
      <w:proofErr w:type="spellStart"/>
      <w:r>
        <w:t>Konsekwencje</w:t>
      </w:r>
      <w:proofErr w:type="spellEnd"/>
      <w:r>
        <w:t xml:space="preserve"> </w:t>
      </w:r>
      <w:proofErr w:type="spellStart"/>
      <w:r>
        <w:t>psychologiczne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teologiczne</w:t>
      </w:r>
      <w:proofErr w:type="spellEnd"/>
      <w:r>
        <w:t xml:space="preserve"> — </w:t>
      </w:r>
      <w:hyperlink r:id="rId24" w:history="1">
        <w:r w:rsidR="005A66BF" w:rsidRPr="00E50B7B">
          <w:rPr>
            <w:rStyle w:val="Hipercze"/>
          </w:rPr>
          <w:t>https://youtu.be/ba8Jgv0mJeU</w:t>
        </w:r>
      </w:hyperlink>
      <w:r w:rsidR="005A66BF">
        <w:t xml:space="preserve"> </w:t>
      </w:r>
    </w:p>
    <w:p w14:paraId="2B28D29E" w14:textId="77777777" w:rsidR="00C000F2" w:rsidRDefault="008075B4">
      <w:pPr>
        <w:pStyle w:val="Listapunktowana"/>
      </w:pPr>
      <w:r>
        <w:t xml:space="preserve">Prawny </w:t>
      </w:r>
      <w:proofErr w:type="spellStart"/>
      <w:r>
        <w:t>wymiar</w:t>
      </w:r>
      <w:proofErr w:type="spellEnd"/>
      <w:r>
        <w:t xml:space="preserve"> — </w:t>
      </w:r>
      <w:hyperlink r:id="rId25" w:history="1">
        <w:r w:rsidR="005A66BF" w:rsidRPr="00E50B7B">
          <w:rPr>
            <w:rStyle w:val="Hipercze"/>
          </w:rPr>
          <w:t>https://youtu.be/21CRQ5-3_Sk</w:t>
        </w:r>
      </w:hyperlink>
      <w:r w:rsidR="005A66BF">
        <w:t xml:space="preserve"> </w:t>
      </w:r>
    </w:p>
    <w:p w14:paraId="5824B3DD" w14:textId="77777777" w:rsidR="00C000F2" w:rsidRDefault="008075B4">
      <w:pPr>
        <w:pStyle w:val="Listapunktowana"/>
      </w:pPr>
      <w:proofErr w:type="spellStart"/>
      <w:r>
        <w:t>Spotkanie</w:t>
      </w:r>
      <w:proofErr w:type="spellEnd"/>
      <w:r>
        <w:t xml:space="preserve"> z </w:t>
      </w:r>
      <w:proofErr w:type="spellStart"/>
      <w:r>
        <w:t>osobą</w:t>
      </w:r>
      <w:proofErr w:type="spellEnd"/>
      <w:r>
        <w:t xml:space="preserve"> </w:t>
      </w:r>
      <w:proofErr w:type="spellStart"/>
      <w:r>
        <w:t>wykorzystaną</w:t>
      </w:r>
      <w:proofErr w:type="spellEnd"/>
      <w:r>
        <w:t xml:space="preserve"> — </w:t>
      </w:r>
      <w:hyperlink r:id="rId26" w:history="1">
        <w:r w:rsidR="005A66BF" w:rsidRPr="00E50B7B">
          <w:rPr>
            <w:rStyle w:val="Hipercze"/>
          </w:rPr>
          <w:t>https://youtu.be/X6WU0qJQhoY</w:t>
        </w:r>
      </w:hyperlink>
      <w:r w:rsidR="005A66BF">
        <w:t xml:space="preserve"> </w:t>
      </w:r>
    </w:p>
    <w:p w14:paraId="13151588" w14:textId="77777777" w:rsidR="00C000F2" w:rsidRDefault="008075B4">
      <w:pPr>
        <w:pStyle w:val="Nagwek3"/>
      </w:pPr>
      <w:r>
        <w:t>b) Dla rodziców</w:t>
      </w:r>
    </w:p>
    <w:p w14:paraId="2AE7B9A1" w14:textId="77777777" w:rsidR="00C000F2" w:rsidRDefault="008075B4">
      <w:pPr>
        <w:pStyle w:val="Listapunktowana"/>
      </w:pPr>
      <w:r>
        <w:t xml:space="preserve">Poradnik dla </w:t>
      </w:r>
      <w:proofErr w:type="spellStart"/>
      <w:r>
        <w:t>rodziców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z </w:t>
      </w:r>
      <w:proofErr w:type="spellStart"/>
      <w:r>
        <w:t>niepełnosprawnością</w:t>
      </w:r>
      <w:proofErr w:type="spellEnd"/>
      <w:r>
        <w:t xml:space="preserve"> </w:t>
      </w:r>
      <w:proofErr w:type="spellStart"/>
      <w:r>
        <w:t>intelektualną</w:t>
      </w:r>
      <w:proofErr w:type="spellEnd"/>
      <w:r>
        <w:t xml:space="preserve"> — </w:t>
      </w:r>
      <w:hyperlink r:id="rId27" w:history="1">
        <w:r w:rsidR="005A66BF" w:rsidRPr="00E50B7B">
          <w:rPr>
            <w:rStyle w:val="Hipercze"/>
          </w:rPr>
          <w:t>https://drive.google.com/file/d/1QAXJ-QhCqLjYlLhsP8SdE8A1YMN5Y10x/view?usp=sharing</w:t>
        </w:r>
      </w:hyperlink>
      <w:r w:rsidR="005A66BF">
        <w:t xml:space="preserve"> </w:t>
      </w:r>
    </w:p>
    <w:p w14:paraId="16C92A4F" w14:textId="77777777" w:rsidR="00C000F2" w:rsidRDefault="008075B4">
      <w:pPr>
        <w:pStyle w:val="Listapunktowana"/>
      </w:pPr>
      <w:r>
        <w:t xml:space="preserve">Szkolenie dla rodziców i opiekunów — </w:t>
      </w:r>
      <w:hyperlink r:id="rId28" w:history="1">
        <w:r w:rsidR="005A66BF" w:rsidRPr="00E50B7B">
          <w:rPr>
            <w:rStyle w:val="Hipercze"/>
          </w:rPr>
          <w:t>https://docs.google.com/presentation/d/1MfwWaNiZhTT-bHhH_lB5k-kexLPsHIr6/edit?usp=sharing</w:t>
        </w:r>
      </w:hyperlink>
      <w:r w:rsidR="005A66BF">
        <w:t xml:space="preserve"> </w:t>
      </w:r>
    </w:p>
    <w:p w14:paraId="3E68E3DA" w14:textId="77777777" w:rsidR="00C000F2" w:rsidRDefault="008075B4">
      <w:pPr>
        <w:pStyle w:val="Nagwek3"/>
      </w:pPr>
      <w:r>
        <w:t>c) Dla wychowawców, opiekunów i pracowników placówek</w:t>
      </w:r>
    </w:p>
    <w:p w14:paraId="58FA0327" w14:textId="77777777" w:rsidR="00C000F2" w:rsidRDefault="008075B4">
      <w:pPr>
        <w:pStyle w:val="Listapunktowana"/>
      </w:pPr>
      <w:r>
        <w:t>Placówki pracujące z osobami z niepełnosprawnością intelektualną:</w:t>
      </w:r>
    </w:p>
    <w:p w14:paraId="0A57CAA9" w14:textId="77777777" w:rsidR="00C000F2" w:rsidRDefault="008075B4">
      <w:pPr>
        <w:pStyle w:val="Listapunktowana"/>
      </w:pPr>
      <w:proofErr w:type="spellStart"/>
      <w:r>
        <w:t>Poradnik</w:t>
      </w:r>
      <w:proofErr w:type="spellEnd"/>
      <w:r>
        <w:t xml:space="preserve"> </w:t>
      </w:r>
      <w:proofErr w:type="spellStart"/>
      <w:r>
        <w:t>ogólny</w:t>
      </w:r>
      <w:proofErr w:type="spellEnd"/>
      <w:r>
        <w:t xml:space="preserve"> — </w:t>
      </w:r>
      <w:hyperlink r:id="rId29" w:history="1">
        <w:r w:rsidR="005A66BF" w:rsidRPr="00E50B7B">
          <w:rPr>
            <w:rStyle w:val="Hipercze"/>
          </w:rPr>
          <w:t>https://drive.google.com/file/d/1AxbAGsacOXa6CDO1CdCGDAd8xvVLLfof/view?usp=sharing</w:t>
        </w:r>
      </w:hyperlink>
      <w:r w:rsidR="005A66BF">
        <w:t xml:space="preserve"> </w:t>
      </w:r>
    </w:p>
    <w:p w14:paraId="6506608D" w14:textId="77777777" w:rsidR="00C000F2" w:rsidRDefault="008075B4">
      <w:pPr>
        <w:pStyle w:val="Listapunktowana"/>
      </w:pPr>
      <w:proofErr w:type="spellStart"/>
      <w:r>
        <w:t>Szkolenie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pracowników</w:t>
      </w:r>
      <w:proofErr w:type="spellEnd"/>
      <w:r>
        <w:t xml:space="preserve"> </w:t>
      </w:r>
      <w:proofErr w:type="spellStart"/>
      <w:r>
        <w:t>ośrodków</w:t>
      </w:r>
      <w:proofErr w:type="spellEnd"/>
      <w:r>
        <w:t xml:space="preserve"> — </w:t>
      </w:r>
      <w:hyperlink r:id="rId30" w:history="1">
        <w:r w:rsidR="005A66BF" w:rsidRPr="00E50B7B">
          <w:rPr>
            <w:rStyle w:val="Hipercze"/>
          </w:rPr>
          <w:t>https://drive.google.com/file/d/1GuoDeerL0seCqh6J-4mGqKhMqhqCGw2s/view?usp=sharing</w:t>
        </w:r>
      </w:hyperlink>
      <w:r w:rsidR="005A66BF">
        <w:t xml:space="preserve">   </w:t>
      </w:r>
    </w:p>
    <w:p w14:paraId="40B2F30A" w14:textId="77777777" w:rsidR="00C000F2" w:rsidRDefault="008075B4">
      <w:pPr>
        <w:pStyle w:val="Listapunktowana"/>
      </w:pPr>
      <w:proofErr w:type="spellStart"/>
      <w:r>
        <w:t>Scenariusze</w:t>
      </w:r>
      <w:proofErr w:type="spellEnd"/>
      <w:r>
        <w:t xml:space="preserve"> </w:t>
      </w:r>
      <w:proofErr w:type="spellStart"/>
      <w:r>
        <w:t>szkolenia</w:t>
      </w:r>
      <w:proofErr w:type="spellEnd"/>
      <w:r>
        <w:t xml:space="preserve"> — </w:t>
      </w:r>
      <w:hyperlink r:id="rId31" w:history="1">
        <w:r w:rsidR="005A66BF" w:rsidRPr="00E50B7B">
          <w:rPr>
            <w:rStyle w:val="Hipercze"/>
          </w:rPr>
          <w:t>https://drive.google.com/file/d/1eXIr5KQyTUZ286m0HbWKg3ywkmL6wulp/view?usp=sharing</w:t>
        </w:r>
      </w:hyperlink>
      <w:r w:rsidR="005A66BF">
        <w:t xml:space="preserve"> </w:t>
      </w:r>
    </w:p>
    <w:p w14:paraId="2C229D1A" w14:textId="77777777" w:rsidR="00C000F2" w:rsidRDefault="008075B4">
      <w:pPr>
        <w:pStyle w:val="Listapunktowana"/>
      </w:pPr>
      <w:r>
        <w:t xml:space="preserve">Szkolenie dla wolontariuszy — </w:t>
      </w:r>
      <w:hyperlink r:id="rId32" w:history="1">
        <w:r w:rsidR="005A66BF" w:rsidRPr="00E50B7B">
          <w:rPr>
            <w:rStyle w:val="Hipercze"/>
          </w:rPr>
          <w:t>https://docs.google.com/presentation/d/1b6QCnxxAtZeYGAfRGCvbcBlNeSYk6cJI/edit?usp=sharing</w:t>
        </w:r>
      </w:hyperlink>
      <w:r w:rsidR="005A66BF">
        <w:t xml:space="preserve"> </w:t>
      </w:r>
    </w:p>
    <w:p w14:paraId="46F1B973" w14:textId="77777777" w:rsidR="00C000F2" w:rsidRDefault="008075B4">
      <w:pPr>
        <w:pStyle w:val="Listapunktowana"/>
      </w:pPr>
      <w:r>
        <w:t xml:space="preserve">Scenariusz szkolenia dla wolontariuszy — </w:t>
      </w:r>
      <w:hyperlink r:id="rId33" w:history="1">
        <w:r w:rsidR="005A66BF" w:rsidRPr="00E50B7B">
          <w:rPr>
            <w:rStyle w:val="Hipercze"/>
          </w:rPr>
          <w:t>https://drive.google.com/file/d/1Gy1Uj7h-I_zocDXQSCulgXUWIiUnjevd/view?usp=sharing</w:t>
        </w:r>
      </w:hyperlink>
      <w:r w:rsidR="005A66BF">
        <w:t xml:space="preserve"> </w:t>
      </w:r>
    </w:p>
    <w:p w14:paraId="426443CC" w14:textId="77777777" w:rsidR="00C000F2" w:rsidRDefault="008075B4">
      <w:pPr>
        <w:pStyle w:val="Listapunktowana"/>
      </w:pPr>
      <w:r>
        <w:t>Szkoły:</w:t>
      </w:r>
    </w:p>
    <w:p w14:paraId="1B89CCD7" w14:textId="77777777" w:rsidR="00C000F2" w:rsidRDefault="008075B4">
      <w:pPr>
        <w:pStyle w:val="Listapunktowana"/>
      </w:pPr>
      <w:r>
        <w:t xml:space="preserve">Broszura: Profilaktyka przemocy seksualnej wobec uczniów w szkole katolickiej — </w:t>
      </w:r>
      <w:hyperlink r:id="rId34" w:history="1">
        <w:r w:rsidR="005A66BF" w:rsidRPr="00E50B7B">
          <w:rPr>
            <w:rStyle w:val="Hipercze"/>
          </w:rPr>
          <w:t>https://drive.google.com/file/d/1fxCh-YI15JxRj0xtU9kqSBUlBQ4wrj0I/view?usp=sharing</w:t>
        </w:r>
      </w:hyperlink>
      <w:r w:rsidR="005A66BF">
        <w:t xml:space="preserve"> </w:t>
      </w:r>
    </w:p>
    <w:p w14:paraId="108424E2" w14:textId="77777777" w:rsidR="00C000F2" w:rsidRDefault="008075B4">
      <w:pPr>
        <w:pStyle w:val="Listapunktowana"/>
      </w:pPr>
      <w:proofErr w:type="spellStart"/>
      <w:r>
        <w:t>Kontakt</w:t>
      </w:r>
      <w:proofErr w:type="spellEnd"/>
      <w:r>
        <w:t xml:space="preserve"> z </w:t>
      </w:r>
      <w:proofErr w:type="spellStart"/>
      <w:r>
        <w:t>zespołem</w:t>
      </w:r>
      <w:proofErr w:type="spellEnd"/>
      <w:r>
        <w:t xml:space="preserve"> </w:t>
      </w:r>
      <w:proofErr w:type="spellStart"/>
      <w:r>
        <w:t>Bezpieczna</w:t>
      </w:r>
      <w:proofErr w:type="spellEnd"/>
      <w:r>
        <w:t xml:space="preserve"> </w:t>
      </w:r>
      <w:proofErr w:type="spellStart"/>
      <w:r>
        <w:t>Szkoła</w:t>
      </w:r>
      <w:proofErr w:type="spellEnd"/>
      <w:r>
        <w:t xml:space="preserve"> — </w:t>
      </w:r>
      <w:hyperlink r:id="rId35" w:history="1">
        <w:r w:rsidR="005A66BF" w:rsidRPr="00E50B7B">
          <w:rPr>
            <w:rStyle w:val="Hipercze"/>
          </w:rPr>
          <w:t>bezpieczna.szkola@cod.ignatianum.edu.pl</w:t>
        </w:r>
      </w:hyperlink>
      <w:r w:rsidR="005A66BF">
        <w:t xml:space="preserve"> </w:t>
      </w:r>
    </w:p>
    <w:p w14:paraId="38879E3C" w14:textId="77777777" w:rsidR="00C000F2" w:rsidRDefault="008075B4">
      <w:pPr>
        <w:pStyle w:val="Nagwek1"/>
      </w:pPr>
      <w:r>
        <w:lastRenderedPageBreak/>
        <w:t>Wydarzenia specjalne</w:t>
      </w:r>
    </w:p>
    <w:p w14:paraId="45CE3D1D" w14:textId="77777777" w:rsidR="00C000F2" w:rsidRDefault="008075B4">
      <w:r>
        <w:t>Wraz ze zbliżającym się finałem kampanii „Dzieciństwo bez przemocy 2025” na kanale YouTube Centrum Ochrony Dziecka (</w:t>
      </w:r>
      <w:hyperlink r:id="rId36" w:history="1">
        <w:r w:rsidR="005A66BF" w:rsidRPr="00E50B7B">
          <w:rPr>
            <w:rStyle w:val="Hipercze"/>
          </w:rPr>
          <w:t>https://www.youtube.com/@centrumochronydziecka3515</w:t>
        </w:r>
      </w:hyperlink>
      <w:r w:rsidR="005A66BF">
        <w:t xml:space="preserve"> ) 17 </w:t>
      </w:r>
      <w:proofErr w:type="spellStart"/>
      <w:r w:rsidR="005A66BF">
        <w:t>listopada</w:t>
      </w:r>
      <w:proofErr w:type="spellEnd"/>
      <w:r w:rsidR="005A66BF">
        <w:t xml:space="preserve"> 2025 </w:t>
      </w:r>
      <w:proofErr w:type="spellStart"/>
      <w:r w:rsidR="005A66BF">
        <w:t>pojawi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otwarty</w:t>
      </w:r>
      <w:proofErr w:type="spellEnd"/>
      <w:r>
        <w:t xml:space="preserve"> webinar w </w:t>
      </w:r>
      <w:proofErr w:type="spellStart"/>
      <w:r>
        <w:t>formie</w:t>
      </w:r>
      <w:proofErr w:type="spellEnd"/>
      <w:r>
        <w:t xml:space="preserve"> podcastu dotyczący problemu wykorzystania seksualnego. Uczestnikami będą specjaliści COD, praktycy pracujący w placówkach specjalistycznych.</w:t>
      </w:r>
    </w:p>
    <w:sectPr w:rsidR="00C000F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5203704">
    <w:abstractNumId w:val="8"/>
  </w:num>
  <w:num w:numId="2" w16cid:durableId="399980721">
    <w:abstractNumId w:val="6"/>
  </w:num>
  <w:num w:numId="3" w16cid:durableId="194581111">
    <w:abstractNumId w:val="5"/>
  </w:num>
  <w:num w:numId="4" w16cid:durableId="441875536">
    <w:abstractNumId w:val="4"/>
  </w:num>
  <w:num w:numId="5" w16cid:durableId="1100566034">
    <w:abstractNumId w:val="7"/>
  </w:num>
  <w:num w:numId="6" w16cid:durableId="2099210269">
    <w:abstractNumId w:val="3"/>
  </w:num>
  <w:num w:numId="7" w16cid:durableId="1314681127">
    <w:abstractNumId w:val="2"/>
  </w:num>
  <w:num w:numId="8" w16cid:durableId="1965194081">
    <w:abstractNumId w:val="1"/>
  </w:num>
  <w:num w:numId="9" w16cid:durableId="2006325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A66BF"/>
    <w:rsid w:val="00704395"/>
    <w:rsid w:val="008075B4"/>
    <w:rsid w:val="00AA1D8D"/>
    <w:rsid w:val="00B1713D"/>
    <w:rsid w:val="00B47730"/>
    <w:rsid w:val="00C000F2"/>
    <w:rsid w:val="00CB0664"/>
    <w:rsid w:val="00E90B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FB5231"/>
  <w14:defaultImageDpi w14:val="300"/>
  <w15:docId w15:val="{6F3223A1-599F-4CF5-9542-AA2FB072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A66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ive.google.com/file/d/1eW29iDVFsm00dN26H0Tb-kdCeb6YLenQ/view?usp=sharing" TargetMode="External"/><Relationship Id="rId18" Type="http://schemas.openxmlformats.org/officeDocument/2006/relationships/hyperlink" Target="https://youtu.be/GZrE3GkJ3Co" TargetMode="External"/><Relationship Id="rId26" Type="http://schemas.openxmlformats.org/officeDocument/2006/relationships/hyperlink" Target="https://youtu.be/X6WU0qJQhoY" TargetMode="External"/><Relationship Id="rId21" Type="http://schemas.openxmlformats.org/officeDocument/2006/relationships/hyperlink" Target="mailto:biurocod@ignatianum.edu.pl" TargetMode="External"/><Relationship Id="rId34" Type="http://schemas.openxmlformats.org/officeDocument/2006/relationships/hyperlink" Target="https://drive.google.com/file/d/1fxCh-YI15JxRj0xtU9kqSBUlBQ4wrj0I/view?usp=sharing" TargetMode="External"/><Relationship Id="rId7" Type="http://schemas.openxmlformats.org/officeDocument/2006/relationships/hyperlink" Target="https://youtu.be/cud82NLFkx4" TargetMode="External"/><Relationship Id="rId12" Type="http://schemas.openxmlformats.org/officeDocument/2006/relationships/hyperlink" Target="https://youtu.be/uZ1FSZxqe6o" TargetMode="External"/><Relationship Id="rId17" Type="http://schemas.openxmlformats.org/officeDocument/2006/relationships/hyperlink" Target="https://youtu.be/2VGzAulYXuQ" TargetMode="External"/><Relationship Id="rId25" Type="http://schemas.openxmlformats.org/officeDocument/2006/relationships/hyperlink" Target="https://youtu.be/21CRQ5-3_Sk" TargetMode="External"/><Relationship Id="rId33" Type="http://schemas.openxmlformats.org/officeDocument/2006/relationships/hyperlink" Target="https://drive.google.com/file/d/1Gy1Uj7h-I_zocDXQSCulgXUWIiUnjevd/view?usp=sharing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youtu.be/i3D9mT1KVdQ" TargetMode="External"/><Relationship Id="rId20" Type="http://schemas.openxmlformats.org/officeDocument/2006/relationships/hyperlink" Target="mailto:biurocod@ignatianum.edu.pl" TargetMode="External"/><Relationship Id="rId29" Type="http://schemas.openxmlformats.org/officeDocument/2006/relationships/hyperlink" Target="https://drive.google.com/file/d/1AxbAGsacOXa6CDO1CdCGDAd8xvVLLfof/view?usp=sharin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Yoi5J_4Cjnw" TargetMode="External"/><Relationship Id="rId11" Type="http://schemas.openxmlformats.org/officeDocument/2006/relationships/hyperlink" Target="https://youtu.be/8kz7BnPOlkU" TargetMode="External"/><Relationship Id="rId24" Type="http://schemas.openxmlformats.org/officeDocument/2006/relationships/hyperlink" Target="https://youtu.be/ba8Jgv0mJeU" TargetMode="External"/><Relationship Id="rId32" Type="http://schemas.openxmlformats.org/officeDocument/2006/relationships/hyperlink" Target="https://docs.google.com/presentation/d/1b6QCnxxAtZeYGAfRGCvbcBlNeSYk6cJI/edit?usp=sharing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youtu.be/kCYWca3-UUs" TargetMode="External"/><Relationship Id="rId23" Type="http://schemas.openxmlformats.org/officeDocument/2006/relationships/hyperlink" Target="https://youtu.be/yYO7ZYmH0K0" TargetMode="External"/><Relationship Id="rId28" Type="http://schemas.openxmlformats.org/officeDocument/2006/relationships/hyperlink" Target="https://docs.google.com/presentation/d/1MfwWaNiZhTT-bHhH_lB5k-kexLPsHIr6/edit?usp=sharing" TargetMode="External"/><Relationship Id="rId36" Type="http://schemas.openxmlformats.org/officeDocument/2006/relationships/hyperlink" Target="https://www.youtube.com/@centrumochronydziecka3515" TargetMode="External"/><Relationship Id="rId10" Type="http://schemas.openxmlformats.org/officeDocument/2006/relationships/hyperlink" Target="https://youtu.be/VnjC-cS9-lQ" TargetMode="External"/><Relationship Id="rId19" Type="http://schemas.openxmlformats.org/officeDocument/2006/relationships/hyperlink" Target="https://drive.google.com/file/d/1qw6J9oj-6AgydSBtGBAu3vVlQaKMGFIy/view?usp=sharing" TargetMode="External"/><Relationship Id="rId31" Type="http://schemas.openxmlformats.org/officeDocument/2006/relationships/hyperlink" Target="https://drive.google.com/file/d/1eXIr5KQyTUZ286m0HbWKg3ywkmL6wulp/view?usp=shar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se6vcKhGXVI" TargetMode="External"/><Relationship Id="rId14" Type="http://schemas.openxmlformats.org/officeDocument/2006/relationships/hyperlink" Target="https://youtu.be/g5Q3uZHzU-A" TargetMode="External"/><Relationship Id="rId22" Type="http://schemas.openxmlformats.org/officeDocument/2006/relationships/hyperlink" Target="https://youtu.be/v6_QuxbQtDY" TargetMode="External"/><Relationship Id="rId27" Type="http://schemas.openxmlformats.org/officeDocument/2006/relationships/hyperlink" Target="https://drive.google.com/file/d/1QAXJ-QhCqLjYlLhsP8SdE8A1YMN5Y10x/view?usp=sharing" TargetMode="External"/><Relationship Id="rId30" Type="http://schemas.openxmlformats.org/officeDocument/2006/relationships/hyperlink" Target="https://drive.google.com/file/d/1GuoDeerL0seCqh6J-4mGqKhMqhqCGw2s/view?usp=sharing" TargetMode="External"/><Relationship Id="rId35" Type="http://schemas.openxmlformats.org/officeDocument/2006/relationships/hyperlink" Target="mailto:bezpieczna.szkola@cod.ignatianum.edu.pl" TargetMode="External"/><Relationship Id="rId8" Type="http://schemas.openxmlformats.org/officeDocument/2006/relationships/hyperlink" Target="https://youtu.be/fblrnIPR0RA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BBF19A-337B-4EB2-9946-F519E510A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825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Wojciech Rzeszowski</cp:lastModifiedBy>
  <cp:revision>2</cp:revision>
  <dcterms:created xsi:type="dcterms:W3CDTF">2025-09-30T08:58:00Z</dcterms:created>
  <dcterms:modified xsi:type="dcterms:W3CDTF">2025-09-30T08:58:00Z</dcterms:modified>
  <cp:category/>
</cp:coreProperties>
</file>